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3B7D" w14:textId="2078FD6F" w:rsidR="00B857B9" w:rsidRDefault="003D767F">
      <w:pPr>
        <w:jc w:val="center"/>
        <w:rPr>
          <w:b/>
          <w:sz w:val="32"/>
        </w:rPr>
      </w:pPr>
      <w:r>
        <w:rPr>
          <w:b/>
          <w:sz w:val="32"/>
        </w:rPr>
        <w:t>Bölcsődei igényfelmérő lap (Nyilatkozat)</w:t>
      </w:r>
    </w:p>
    <w:p w14:paraId="24D4BBD1" w14:textId="77777777" w:rsidR="008E55F4" w:rsidRDefault="008E55F4">
      <w:proofErr w:type="spellStart"/>
      <w:r>
        <w:t>Tájékoztatjuk</w:t>
      </w:r>
      <w:proofErr w:type="spellEnd"/>
      <w:r>
        <w:t xml:space="preserve"> a </w:t>
      </w:r>
      <w:proofErr w:type="spellStart"/>
      <w:r>
        <w:t>Tisztelt</w:t>
      </w:r>
      <w:proofErr w:type="spellEnd"/>
      <w:r>
        <w:t xml:space="preserve"> </w:t>
      </w:r>
      <w:proofErr w:type="spellStart"/>
      <w:r>
        <w:t>Szülőket</w:t>
      </w:r>
      <w:proofErr w:type="spellEnd"/>
      <w:r>
        <w:t>/</w:t>
      </w:r>
      <w:proofErr w:type="spellStart"/>
      <w:r>
        <w:t>Törvényes</w:t>
      </w:r>
      <w:proofErr w:type="spellEnd"/>
      <w:r>
        <w:t xml:space="preserve"> </w:t>
      </w:r>
      <w:proofErr w:type="spellStart"/>
      <w:r>
        <w:t>Képviselőket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bölcsőde</w:t>
      </w:r>
      <w:proofErr w:type="spellEnd"/>
      <w:r>
        <w:t xml:space="preserve"> </w:t>
      </w:r>
      <w:proofErr w:type="spellStart"/>
      <w:r>
        <w:t>tervezett</w:t>
      </w:r>
      <w:proofErr w:type="spellEnd"/>
      <w:r>
        <w:t xml:space="preserve"> </w:t>
      </w:r>
      <w:proofErr w:type="spellStart"/>
      <w:r>
        <w:t>megnyitásának</w:t>
      </w:r>
      <w:proofErr w:type="spellEnd"/>
      <w:r>
        <w:t xml:space="preserve"> </w:t>
      </w:r>
      <w:proofErr w:type="spellStart"/>
      <w:r>
        <w:t>időpontja</w:t>
      </w:r>
      <w:proofErr w:type="spellEnd"/>
      <w:r>
        <w:t xml:space="preserve"> </w:t>
      </w:r>
      <w:proofErr w:type="spellStart"/>
      <w:r>
        <w:t>előreláthatólag</w:t>
      </w:r>
      <w:proofErr w:type="spellEnd"/>
      <w:r>
        <w:t xml:space="preserve"> </w:t>
      </w:r>
      <w:r w:rsidRPr="003D767F">
        <w:rPr>
          <w:b/>
          <w:bCs/>
        </w:rPr>
        <w:t xml:space="preserve">2026. </w:t>
      </w:r>
      <w:proofErr w:type="spellStart"/>
      <w:r w:rsidRPr="003D767F">
        <w:rPr>
          <w:b/>
          <w:bCs/>
        </w:rPr>
        <w:t>szeptember</w:t>
      </w:r>
      <w:proofErr w:type="spellEnd"/>
      <w:r>
        <w:t xml:space="preserve"> </w:t>
      </w:r>
      <w:proofErr w:type="spellStart"/>
      <w:r>
        <w:t>hónapja</w:t>
      </w:r>
      <w:proofErr w:type="spellEnd"/>
      <w:r>
        <w:t xml:space="preserve">. </w:t>
      </w:r>
      <w:proofErr w:type="spellStart"/>
      <w:r>
        <w:t>Jelen</w:t>
      </w:r>
      <w:proofErr w:type="spellEnd"/>
      <w:r>
        <w:t xml:space="preserve"> </w:t>
      </w:r>
      <w:proofErr w:type="spellStart"/>
      <w:r>
        <w:t>nyilatkozat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Önkormányzat</w:t>
      </w:r>
      <w:proofErr w:type="spellEnd"/>
      <w:r>
        <w:t xml:space="preserve"> </w:t>
      </w:r>
      <w:proofErr w:type="spellStart"/>
      <w:r>
        <w:t>előzetesen</w:t>
      </w:r>
      <w:proofErr w:type="spellEnd"/>
      <w:r>
        <w:t xml:space="preserve"> </w:t>
      </w:r>
      <w:proofErr w:type="spellStart"/>
      <w:r>
        <w:t>felmérje</w:t>
      </w:r>
      <w:proofErr w:type="spellEnd"/>
      <w:r>
        <w:t xml:space="preserve"> a </w:t>
      </w:r>
      <w:proofErr w:type="spellStart"/>
      <w:r>
        <w:t>bölcsődei</w:t>
      </w:r>
      <w:proofErr w:type="spellEnd"/>
      <w:r>
        <w:t xml:space="preserve"> </w:t>
      </w:r>
      <w:proofErr w:type="spellStart"/>
      <w:r>
        <w:t>ellátást</w:t>
      </w:r>
      <w:proofErr w:type="spellEnd"/>
      <w:r>
        <w:t xml:space="preserve"> </w:t>
      </w:r>
      <w:proofErr w:type="spellStart"/>
      <w:r>
        <w:t>igénylő</w:t>
      </w:r>
      <w:proofErr w:type="spellEnd"/>
      <w:r>
        <w:t xml:space="preserve"> </w:t>
      </w:r>
      <w:proofErr w:type="spellStart"/>
      <w:r>
        <w:t>gyermekek</w:t>
      </w:r>
      <w:proofErr w:type="spellEnd"/>
      <w:r>
        <w:t xml:space="preserve"> </w:t>
      </w:r>
      <w:proofErr w:type="spellStart"/>
      <w:r>
        <w:t>várható</w:t>
      </w:r>
      <w:proofErr w:type="spellEnd"/>
      <w:r>
        <w:t xml:space="preserve"> </w:t>
      </w:r>
      <w:proofErr w:type="spellStart"/>
      <w:r>
        <w:t>létszámát</w:t>
      </w:r>
      <w:proofErr w:type="spellEnd"/>
      <w:r>
        <w:t xml:space="preserve">, </w:t>
      </w:r>
      <w:proofErr w:type="spellStart"/>
      <w:r>
        <w:t>annak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két</w:t>
      </w:r>
      <w:proofErr w:type="spellEnd"/>
      <w:r>
        <w:t xml:space="preserve"> </w:t>
      </w:r>
      <w:proofErr w:type="spellStart"/>
      <w:r>
        <w:t>csoportszobás</w:t>
      </w:r>
      <w:proofErr w:type="spellEnd"/>
      <w:r>
        <w:t xml:space="preserve"> </w:t>
      </w:r>
      <w:proofErr w:type="spellStart"/>
      <w:r>
        <w:t>bölcsőde</w:t>
      </w:r>
      <w:proofErr w:type="spellEnd"/>
      <w:r>
        <w:t xml:space="preserve"> </w:t>
      </w:r>
      <w:proofErr w:type="spellStart"/>
      <w:r>
        <w:t>működését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gyermeklétszámmal</w:t>
      </w:r>
      <w:proofErr w:type="spellEnd"/>
      <w:r>
        <w:t xml:space="preserve"> </w:t>
      </w:r>
      <w:proofErr w:type="spellStart"/>
      <w:r>
        <w:t>tudja</w:t>
      </w:r>
      <w:proofErr w:type="spellEnd"/>
      <w:r>
        <w:t xml:space="preserve"> </w:t>
      </w:r>
      <w:proofErr w:type="spellStart"/>
      <w:r>
        <w:t>elindítani.</w:t>
      </w:r>
      <w:proofErr w:type="spellEnd"/>
    </w:p>
    <w:p w14:paraId="6ED9EC1F" w14:textId="4988EC0E" w:rsidR="00B857B9" w:rsidRDefault="003D767F">
      <w:proofErr w:type="spellStart"/>
      <w:r>
        <w:t>Alulírott</w:t>
      </w:r>
      <w:proofErr w:type="spellEnd"/>
      <w:r>
        <w:t xml:space="preserve"> _________________________________________________</w:t>
      </w:r>
    </w:p>
    <w:p w14:paraId="39444691" w14:textId="77777777" w:rsidR="00B857B9" w:rsidRDefault="003D767F">
      <w:r>
        <w:t>________________________________________________ szám alatti lakos szülő / törvényes képviselő, a hamarosan megnyíló bölcsődébe</w:t>
      </w:r>
    </w:p>
    <w:p w14:paraId="0B53F255" w14:textId="77777777" w:rsidR="00B857B9" w:rsidRDefault="003D767F">
      <w:r>
        <w:t>________________________________________________ nevű gyermekem részére</w:t>
      </w:r>
    </w:p>
    <w:p w14:paraId="2E846F90" w14:textId="77777777" w:rsidR="00B857B9" w:rsidRDefault="003D767F">
      <w:r>
        <w:t>előreláthatólag ___________________-tól bölcsődei ellátást szeretnék igénybe venni.</w:t>
      </w:r>
    </w:p>
    <w:p w14:paraId="29B8A222" w14:textId="77777777" w:rsidR="00B857B9" w:rsidRDefault="003D767F">
      <w:r>
        <w:t>Nyilatkozom, hogy jelenleg vagy a gyermek bölcsődei felvételekor, vagy azt követő 30 napon belül</w:t>
      </w:r>
    </w:p>
    <w:p w14:paraId="2B30BC62" w14:textId="77777777" w:rsidR="00B857B9" w:rsidRDefault="003D767F">
      <w:r>
        <w:t xml:space="preserve">   </w:t>
      </w:r>
      <w:r>
        <w:t xml:space="preserve"> munkaviszonyban vagy munkavégzésre irányuló egyéb jogviszonyban*</w:t>
      </w:r>
    </w:p>
    <w:p w14:paraId="07B7C0C4" w14:textId="77777777" w:rsidR="00B857B9" w:rsidRDefault="003D767F">
      <w:r>
        <w:t>állok / létesítek.</w:t>
      </w:r>
    </w:p>
    <w:p w14:paraId="2F6AC56B" w14:textId="77777777" w:rsidR="00B857B9" w:rsidRDefault="003D767F">
      <w:r>
        <w:rPr>
          <w:b/>
        </w:rPr>
        <w:t>A gyermek adatai:</w:t>
      </w:r>
    </w:p>
    <w:p w14:paraId="2E2465C6" w14:textId="77777777" w:rsidR="00B857B9" w:rsidRDefault="003D767F">
      <w:r>
        <w:t>Név: _________________________________________________</w:t>
      </w:r>
    </w:p>
    <w:p w14:paraId="456136D8" w14:textId="77777777" w:rsidR="00B857B9" w:rsidRDefault="003D767F">
      <w:r>
        <w:t>Szül. hely, idő: _____________________________________</w:t>
      </w:r>
    </w:p>
    <w:p w14:paraId="3D81D51C" w14:textId="77777777" w:rsidR="00B857B9" w:rsidRDefault="003D767F">
      <w:r>
        <w:t>Anyja neve: _______________________________</w:t>
      </w:r>
      <w:r>
        <w:t>__________</w:t>
      </w:r>
    </w:p>
    <w:p w14:paraId="38D96871" w14:textId="77777777" w:rsidR="00B857B9" w:rsidRDefault="003D767F">
      <w:r>
        <w:t>Lakcím: _____________________________________________</w:t>
      </w:r>
    </w:p>
    <w:p w14:paraId="078885A8" w14:textId="77777777" w:rsidR="00B857B9" w:rsidRDefault="003D767F">
      <w:r>
        <w:t>Egyéb, a bölcsődei ellátás szempontjából, lényeges információ: _________________________________________</w:t>
      </w:r>
    </w:p>
    <w:p w14:paraId="1B7C1FE7" w14:textId="77777777" w:rsidR="00B857B9" w:rsidRDefault="003D767F">
      <w:r>
        <w:t>(pld.: rendszeres gyermekvédelmi kedvezményre jogosult, sajátos nevelési igényű, védel</w:t>
      </w:r>
      <w:r>
        <w:t>embe vett gyermek, egyedülálló szülő, három vagy több gyermeket nevelő család, ételérzékenység, stb.)</w:t>
      </w:r>
    </w:p>
    <w:p w14:paraId="5A3F31A3" w14:textId="2D927AA0" w:rsidR="00B857B9" w:rsidRDefault="003D767F">
      <w:proofErr w:type="spellStart"/>
      <w:r>
        <w:t>Kelt</w:t>
      </w:r>
      <w:proofErr w:type="spellEnd"/>
      <w:r>
        <w:t>: ______________________________</w:t>
      </w:r>
      <w:r w:rsidR="008E55F4">
        <w:t xml:space="preserve">                                 </w:t>
      </w:r>
      <w:r>
        <w:t>________________________________________</w:t>
      </w:r>
    </w:p>
    <w:p w14:paraId="4560237D" w14:textId="04947B3C" w:rsidR="00B857B9" w:rsidRDefault="008E55F4">
      <w:r>
        <w:t xml:space="preserve">                                                                                                        </w:t>
      </w:r>
      <w:proofErr w:type="spellStart"/>
      <w:r w:rsidR="003D767F">
        <w:t>szülő</w:t>
      </w:r>
      <w:proofErr w:type="spellEnd"/>
      <w:r w:rsidR="003D767F">
        <w:t>/</w:t>
      </w:r>
      <w:proofErr w:type="spellStart"/>
      <w:r w:rsidR="003D767F">
        <w:t>törvényes</w:t>
      </w:r>
      <w:proofErr w:type="spellEnd"/>
      <w:r w:rsidR="003D767F">
        <w:t xml:space="preserve"> képviselő</w:t>
      </w:r>
    </w:p>
    <w:p w14:paraId="143E541F" w14:textId="1035F587" w:rsidR="00B857B9" w:rsidRDefault="003D767F">
      <w:pPr>
        <w:rPr>
          <w:i/>
        </w:rPr>
      </w:pPr>
      <w:r>
        <w:rPr>
          <w:i/>
        </w:rPr>
        <w:t>A nyilatkozat az előzetes igényfelmérést szolgál</w:t>
      </w:r>
      <w:r>
        <w:rPr>
          <w:i/>
        </w:rPr>
        <w:t>ja, kitöltése nem keletkeztet ellátási kötelezettséget.</w:t>
      </w:r>
      <w:r>
        <w:rPr>
          <w:i/>
        </w:rPr>
        <w:br/>
        <w:t xml:space="preserve">* </w:t>
      </w:r>
      <w:proofErr w:type="spellStart"/>
      <w:r>
        <w:rPr>
          <w:i/>
        </w:rPr>
        <w:t>Kérem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megfelelőt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aláhúzni</w:t>
      </w:r>
      <w:proofErr w:type="spellEnd"/>
      <w:r>
        <w:rPr>
          <w:i/>
        </w:rPr>
        <w:t>!</w:t>
      </w:r>
    </w:p>
    <w:p w14:paraId="01190327" w14:textId="425A0D87" w:rsidR="008E55F4" w:rsidRPr="008E55F4" w:rsidRDefault="008E55F4" w:rsidP="008E55F4">
      <w:pPr>
        <w:jc w:val="center"/>
        <w:rPr>
          <w:b/>
          <w:bCs/>
          <w:sz w:val="24"/>
          <w:szCs w:val="24"/>
        </w:rPr>
      </w:pPr>
      <w:r w:rsidRPr="008E55F4">
        <w:rPr>
          <w:b/>
          <w:bCs/>
          <w:sz w:val="24"/>
          <w:szCs w:val="24"/>
        </w:rPr>
        <w:t xml:space="preserve">A </w:t>
      </w:r>
      <w:proofErr w:type="spellStart"/>
      <w:r w:rsidRPr="008E55F4">
        <w:rPr>
          <w:b/>
          <w:bCs/>
          <w:sz w:val="24"/>
          <w:szCs w:val="24"/>
        </w:rPr>
        <w:t>kitöltött</w:t>
      </w:r>
      <w:proofErr w:type="spellEnd"/>
      <w:r w:rsidRPr="008E55F4">
        <w:rPr>
          <w:b/>
          <w:bCs/>
          <w:sz w:val="24"/>
          <w:szCs w:val="24"/>
        </w:rPr>
        <w:t xml:space="preserve"> </w:t>
      </w:r>
      <w:proofErr w:type="spellStart"/>
      <w:r w:rsidRPr="008E55F4">
        <w:rPr>
          <w:b/>
          <w:bCs/>
          <w:sz w:val="24"/>
          <w:szCs w:val="24"/>
        </w:rPr>
        <w:t>űrlap</w:t>
      </w:r>
      <w:proofErr w:type="spellEnd"/>
      <w:r w:rsidRPr="008E55F4">
        <w:rPr>
          <w:b/>
          <w:bCs/>
          <w:sz w:val="24"/>
          <w:szCs w:val="24"/>
        </w:rPr>
        <w:t xml:space="preserve"> </w:t>
      </w:r>
      <w:proofErr w:type="spellStart"/>
      <w:r w:rsidRPr="008E55F4">
        <w:rPr>
          <w:b/>
          <w:bCs/>
          <w:sz w:val="24"/>
          <w:szCs w:val="24"/>
        </w:rPr>
        <w:t>személyesen</w:t>
      </w:r>
      <w:proofErr w:type="spellEnd"/>
      <w:r w:rsidRPr="008E55F4">
        <w:rPr>
          <w:b/>
          <w:bCs/>
          <w:sz w:val="24"/>
          <w:szCs w:val="24"/>
        </w:rPr>
        <w:t xml:space="preserve"> </w:t>
      </w:r>
      <w:proofErr w:type="spellStart"/>
      <w:r w:rsidRPr="008E55F4">
        <w:rPr>
          <w:b/>
          <w:bCs/>
          <w:sz w:val="24"/>
          <w:szCs w:val="24"/>
        </w:rPr>
        <w:t>benyújtható</w:t>
      </w:r>
      <w:proofErr w:type="spellEnd"/>
      <w:r w:rsidRPr="008E55F4">
        <w:rPr>
          <w:b/>
          <w:bCs/>
          <w:sz w:val="24"/>
          <w:szCs w:val="24"/>
        </w:rPr>
        <w:t xml:space="preserve"> a Márianosztra Község </w:t>
      </w:r>
      <w:proofErr w:type="spellStart"/>
      <w:r w:rsidRPr="008E55F4">
        <w:rPr>
          <w:b/>
          <w:bCs/>
          <w:sz w:val="24"/>
          <w:szCs w:val="24"/>
        </w:rPr>
        <w:t>Önkormányzatánál</w:t>
      </w:r>
      <w:proofErr w:type="spellEnd"/>
      <w:r w:rsidRPr="008E55F4">
        <w:rPr>
          <w:b/>
          <w:bCs/>
          <w:sz w:val="24"/>
          <w:szCs w:val="24"/>
        </w:rPr>
        <w:t xml:space="preserve"> (2629 Márianosztra, </w:t>
      </w:r>
      <w:proofErr w:type="spellStart"/>
      <w:r w:rsidRPr="008E55F4">
        <w:rPr>
          <w:b/>
          <w:bCs/>
          <w:sz w:val="24"/>
          <w:szCs w:val="24"/>
        </w:rPr>
        <w:t>Rákóczi</w:t>
      </w:r>
      <w:proofErr w:type="spellEnd"/>
      <w:r w:rsidRPr="008E55F4">
        <w:rPr>
          <w:b/>
          <w:bCs/>
          <w:sz w:val="24"/>
          <w:szCs w:val="24"/>
        </w:rPr>
        <w:t xml:space="preserve"> </w:t>
      </w:r>
      <w:proofErr w:type="spellStart"/>
      <w:r w:rsidRPr="008E55F4">
        <w:rPr>
          <w:b/>
          <w:bCs/>
          <w:sz w:val="24"/>
          <w:szCs w:val="24"/>
        </w:rPr>
        <w:t>út</w:t>
      </w:r>
      <w:proofErr w:type="spellEnd"/>
      <w:r w:rsidRPr="008E55F4">
        <w:rPr>
          <w:b/>
          <w:bCs/>
          <w:sz w:val="24"/>
          <w:szCs w:val="24"/>
        </w:rPr>
        <w:t xml:space="preserve"> 2.), </w:t>
      </w:r>
      <w:proofErr w:type="spellStart"/>
      <w:r w:rsidRPr="008E55F4">
        <w:rPr>
          <w:b/>
          <w:bCs/>
          <w:sz w:val="24"/>
          <w:szCs w:val="24"/>
        </w:rPr>
        <w:t>illetve</w:t>
      </w:r>
      <w:proofErr w:type="spellEnd"/>
      <w:r w:rsidRPr="008E55F4">
        <w:rPr>
          <w:b/>
          <w:bCs/>
          <w:sz w:val="24"/>
          <w:szCs w:val="24"/>
        </w:rPr>
        <w:t xml:space="preserve"> </w:t>
      </w:r>
      <w:proofErr w:type="spellStart"/>
      <w:r w:rsidRPr="008E55F4">
        <w:rPr>
          <w:b/>
          <w:bCs/>
          <w:sz w:val="24"/>
          <w:szCs w:val="24"/>
        </w:rPr>
        <w:t>elektronikus</w:t>
      </w:r>
      <w:proofErr w:type="spellEnd"/>
      <w:r w:rsidRPr="008E55F4">
        <w:rPr>
          <w:b/>
          <w:bCs/>
          <w:sz w:val="24"/>
          <w:szCs w:val="24"/>
        </w:rPr>
        <w:t xml:space="preserve"> </w:t>
      </w:r>
      <w:proofErr w:type="spellStart"/>
      <w:r w:rsidRPr="008E55F4">
        <w:rPr>
          <w:b/>
          <w:bCs/>
          <w:sz w:val="24"/>
          <w:szCs w:val="24"/>
        </w:rPr>
        <w:t>úton</w:t>
      </w:r>
      <w:proofErr w:type="spellEnd"/>
      <w:r w:rsidRPr="008E55F4">
        <w:rPr>
          <w:b/>
          <w:bCs/>
          <w:sz w:val="24"/>
          <w:szCs w:val="24"/>
        </w:rPr>
        <w:t xml:space="preserve"> a nosztra@t-online.hu e-mail </w:t>
      </w:r>
      <w:proofErr w:type="spellStart"/>
      <w:r w:rsidRPr="008E55F4">
        <w:rPr>
          <w:b/>
          <w:bCs/>
          <w:sz w:val="24"/>
          <w:szCs w:val="24"/>
        </w:rPr>
        <w:t>címre</w:t>
      </w:r>
      <w:proofErr w:type="spellEnd"/>
      <w:r w:rsidRPr="008E55F4">
        <w:rPr>
          <w:b/>
          <w:bCs/>
          <w:sz w:val="24"/>
          <w:szCs w:val="24"/>
        </w:rPr>
        <w:t xml:space="preserve"> is </w:t>
      </w:r>
      <w:proofErr w:type="spellStart"/>
      <w:r w:rsidRPr="008E55F4">
        <w:rPr>
          <w:b/>
          <w:bCs/>
          <w:sz w:val="24"/>
          <w:szCs w:val="24"/>
        </w:rPr>
        <w:t>megküldhető</w:t>
      </w:r>
      <w:proofErr w:type="spellEnd"/>
    </w:p>
    <w:sectPr w:rsidR="008E55F4" w:rsidRPr="008E55F4" w:rsidSect="008E55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767F"/>
    <w:rsid w:val="008E55F4"/>
    <w:rsid w:val="00AA1D8D"/>
    <w:rsid w:val="00B47730"/>
    <w:rsid w:val="00B857B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B19A5"/>
  <w14:defaultImageDpi w14:val="300"/>
  <w15:docId w15:val="{EB036FB5-EBAA-4432-A08B-09B6E336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Marianosztra</cp:lastModifiedBy>
  <cp:revision>3</cp:revision>
  <cp:lastPrinted>2026-05-12T13:42:00Z</cp:lastPrinted>
  <dcterms:created xsi:type="dcterms:W3CDTF">2026-05-12T13:40:00Z</dcterms:created>
  <dcterms:modified xsi:type="dcterms:W3CDTF">2026-05-12T13:43:00Z</dcterms:modified>
  <cp:category/>
</cp:coreProperties>
</file>